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92"/>
        <w:gridCol w:w="6552"/>
      </w:tblGrid>
      <w:tr>
        <w:tc>
          <w:tcPr>
            <w:tcW w:type="dxa" w:w="5616"/>
            <w:tcMar>
              <w:top w:w="0" w:type="dxa"/>
              <w:start w:w="20" w:type="dxa"/>
              <w:bottom w:w="0" w:type="dxa"/>
              <w:end w:w="20" w:type="dxa"/>
            </w:tcMar>
            <w:vAlign w:val="top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8892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mmie_headshot_fill_fram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16"/>
            <w:tcMar>
              <w:top w:w="0" w:type="dxa"/>
              <w:start w:w="20" w:type="dxa"/>
              <w:bottom w:w="0" w:type="dxa"/>
              <w:end w:w="20" w:type="dxa"/>
            </w:tcMar>
            <w:vAlign w:val="top"/>
          </w:tcPr>
          <w:p>
            <w:pPr>
              <w:spacing w:after="40"/>
            </w:pPr>
            <w:r>
              <w:rPr>
                <w:rFonts w:ascii="Times New Roman" w:hAnsi="Times New Roman"/>
                <w:b w:val="0"/>
                <w:sz w:val="68"/>
              </w:rPr>
              <w:t>SAMMIE</w:t>
              <w:br/>
              <w:t>WILLIAMSON</w:t>
            </w:r>
          </w:p>
          <w:p>
            <w:pPr>
              <w:spacing w:after="240"/>
            </w:pPr>
            <w:r>
              <w:rPr>
                <w:rFonts w:ascii="Arial" w:hAnsi="Arial"/>
                <w:sz w:val="24"/>
              </w:rPr>
              <w:t>A C T O R</w:t>
            </w:r>
          </w:p>
          <w:p>
            <w:pPr>
              <w:spacing w:after="160"/>
            </w:pPr>
            <w:r>
              <w:rPr>
                <w:rFonts w:ascii="Arial" w:hAnsi="Arial"/>
                <w:sz w:val="19"/>
              </w:rPr>
              <w:t>HEIGHT: 5’0”    WEIGHT: 80 LBS    HAIR: BLONDE    EYES: BLUE</w:t>
            </w:r>
          </w:p>
          <w:p>
            <w:pPr>
              <w:spacing w:after="160"/>
            </w:pPr>
            <w:r>
              <w:rPr>
                <w:color w:val="A99B92"/>
                <w:sz w:val="14"/>
              </w:rPr>
              <w:t>_____________________________________________________</w:t>
            </w:r>
          </w:p>
          <w:p>
            <w:pPr>
              <w:spacing w:after="100"/>
            </w:pPr>
            <w:r>
              <w:rPr>
                <w:rFonts w:ascii="Arial" w:hAnsi="Arial"/>
                <w:color w:val="847166"/>
                <w:sz w:val="21"/>
              </w:rPr>
              <w:t>T R A I N I N G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1872"/>
              <w:gridCol w:w="1872"/>
              <w:gridCol w:w="1872"/>
            </w:tblGrid>
            <w:tr>
              <w:tc>
                <w:tcPr>
                  <w:tcW w:type="dxa" w:w="2880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Advanced Acting Technique</w:t>
                  </w:r>
                </w:p>
              </w:tc>
              <w:tc>
                <w:tcPr>
                  <w:tcW w:type="dxa" w:w="1944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Theresa Pittius</w:t>
                  </w:r>
                </w:p>
              </w:tc>
              <w:tc>
                <w:tcPr>
                  <w:tcW w:type="dxa" w:w="2232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The Prep</w:t>
                  </w:r>
                </w:p>
              </w:tc>
            </w:tr>
            <w:tr>
              <w:tc>
                <w:tcPr>
                  <w:tcW w:type="dxa" w:w="2880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Acting Technique</w:t>
                  </w:r>
                </w:p>
              </w:tc>
              <w:tc>
                <w:tcPr>
                  <w:tcW w:type="dxa" w:w="1944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Annie Abramczyk</w:t>
                  </w:r>
                </w:p>
              </w:tc>
              <w:tc>
                <w:tcPr>
                  <w:tcW w:type="dxa" w:w="2232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The Prep</w:t>
                  </w:r>
                </w:p>
              </w:tc>
            </w:tr>
            <w:tr>
              <w:tc>
                <w:tcPr>
                  <w:tcW w:type="dxa" w:w="2880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Voiceover Technique</w:t>
                  </w:r>
                </w:p>
              </w:tc>
              <w:tc>
                <w:tcPr>
                  <w:tcW w:type="dxa" w:w="1944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Taylor Kaplan</w:t>
                  </w:r>
                </w:p>
              </w:tc>
              <w:tc>
                <w:tcPr>
                  <w:tcW w:type="dxa" w:w="2232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The Prep</w:t>
                  </w:r>
                </w:p>
              </w:tc>
            </w:tr>
            <w:tr>
              <w:tc>
                <w:tcPr>
                  <w:tcW w:type="dxa" w:w="2880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Crafting Comedy</w:t>
                  </w:r>
                </w:p>
              </w:tc>
              <w:tc>
                <w:tcPr>
                  <w:tcW w:type="dxa" w:w="1944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Brandon Salerno</w:t>
                  </w:r>
                </w:p>
              </w:tc>
              <w:tc>
                <w:tcPr>
                  <w:tcW w:type="dxa" w:w="2232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The Prep</w:t>
                  </w:r>
                </w:p>
              </w:tc>
            </w:tr>
            <w:tr>
              <w:tc>
                <w:tcPr>
                  <w:tcW w:type="dxa" w:w="2880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Performance Technique</w:t>
                  </w:r>
                </w:p>
              </w:tc>
              <w:tc>
                <w:tcPr>
                  <w:tcW w:type="dxa" w:w="1944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Wendy Faraone</w:t>
                  </w:r>
                </w:p>
              </w:tc>
              <w:tc>
                <w:tcPr>
                  <w:tcW w:type="dxa" w:w="2232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Talent House Academy</w:t>
                  </w:r>
                </w:p>
              </w:tc>
            </w:tr>
            <w:tr>
              <w:tc>
                <w:tcPr>
                  <w:tcW w:type="dxa" w:w="2880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Terminology / Scene Work</w:t>
                  </w:r>
                </w:p>
              </w:tc>
              <w:tc>
                <w:tcPr>
                  <w:tcW w:type="dxa" w:w="1944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Krisha Bullock</w:t>
                  </w:r>
                </w:p>
              </w:tc>
              <w:tc>
                <w:tcPr>
                  <w:tcW w:type="dxa" w:w="2232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Talent House Academy</w:t>
                  </w:r>
                </w:p>
              </w:tc>
            </w:tr>
            <w:tr>
              <w:tc>
                <w:tcPr>
                  <w:tcW w:type="dxa" w:w="2880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Acting Technique</w:t>
                  </w:r>
                </w:p>
              </w:tc>
              <w:tc>
                <w:tcPr>
                  <w:tcW w:type="dxa" w:w="1944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Ashley Faulkner</w:t>
                  </w:r>
                </w:p>
              </w:tc>
              <w:tc>
                <w:tcPr>
                  <w:tcW w:type="dxa" w:w="2232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Verve / Youth PTP</w:t>
                  </w:r>
                </w:p>
              </w:tc>
            </w:tr>
            <w:tr>
              <w:tc>
                <w:tcPr>
                  <w:tcW w:type="dxa" w:w="2880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Acting Technique</w:t>
                  </w:r>
                </w:p>
              </w:tc>
              <w:tc>
                <w:tcPr>
                  <w:tcW w:type="dxa" w:w="1944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Cara Alvey</w:t>
                  </w:r>
                </w:p>
              </w:tc>
              <w:tc>
                <w:tcPr>
                  <w:tcW w:type="dxa" w:w="2232"/>
                  <w:tcMar>
                    <w:top w:w="0" w:type="dxa"/>
                    <w:start w:w="0" w:type="dxa"/>
                    <w:bottom w:w="0" w:type="dxa"/>
                    <w:end w:w="20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sz w:val="16"/>
                    </w:rPr>
                    <w:t>Actors Youth Theatre</w:t>
                  </w:r>
                </w:p>
              </w:tc>
            </w:tr>
          </w:tbl>
          <w:p/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232"/>
      </w:tblGrid>
      <w:tr>
        <w:tc>
          <w:tcPr>
            <w:tcW w:type="dxa" w:w="11232"/>
            <w:tcMar>
              <w:top w:w="20" w:type="dxa"/>
              <w:start w:w="40" w:type="dxa"/>
              <w:bottom w:w="25" w:type="dxa"/>
              <w:end w:w="40" w:type="dxa"/>
            </w:tcMar>
            <w:tcBorders>
              <w:bottom w:val="single" w:sz="6" w:color="A99B92"/>
            </w:tcBorders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847166"/>
                <w:sz w:val="21"/>
              </w:rPr>
              <w:t>FILM &amp; TV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4"/>
        <w:gridCol w:w="3744"/>
        <w:gridCol w:w="3744"/>
      </w:tblGrid>
      <w:tr>
        <w:tc>
          <w:tcPr>
            <w:tcW w:type="dxa" w:w="4536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Coming Storm (Short Film)</w:t>
            </w:r>
          </w:p>
        </w:tc>
        <w:tc>
          <w:tcPr>
            <w:tcW w:type="dxa" w:w="1656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Lead</w:t>
            </w:r>
          </w:p>
        </w:tc>
        <w:tc>
          <w:tcPr>
            <w:tcW w:type="dxa" w:w="5040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Dir. Theresa Pittius</w:t>
              <w:br/>
            </w:r>
            <w:r>
              <w:rPr>
                <w:rFonts w:ascii="Arial" w:hAnsi="Arial"/>
                <w:sz w:val="18"/>
              </w:rPr>
              <w:t>Punch You Entertainment</w:t>
            </w:r>
          </w:p>
        </w:tc>
      </w:tr>
      <w:tr>
        <w:tc>
          <w:tcPr>
            <w:tcW w:type="dxa" w:w="4536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The Experiment</w:t>
            </w:r>
          </w:p>
        </w:tc>
        <w:tc>
          <w:tcPr>
            <w:tcW w:type="dxa" w:w="1656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Lead</w:t>
            </w:r>
          </w:p>
        </w:tc>
        <w:tc>
          <w:tcPr>
            <w:tcW w:type="dxa" w:w="5040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Dir. Theresa Pittius</w:t>
              <w:br/>
            </w:r>
            <w:r>
              <w:rPr>
                <w:rFonts w:ascii="Arial" w:hAnsi="Arial"/>
                <w:sz w:val="18"/>
              </w:rPr>
              <w:t>Punch You Entertainment</w:t>
            </w:r>
          </w:p>
        </w:tc>
      </w:tr>
      <w:tr>
        <w:tc>
          <w:tcPr>
            <w:tcW w:type="dxa" w:w="4536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Come Home</w:t>
            </w:r>
          </w:p>
        </w:tc>
        <w:tc>
          <w:tcPr>
            <w:tcW w:type="dxa" w:w="1656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Lead</w:t>
            </w:r>
          </w:p>
        </w:tc>
        <w:tc>
          <w:tcPr>
            <w:tcW w:type="dxa" w:w="5040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Dir. Theresa Pittius</w:t>
              <w:br/>
            </w:r>
            <w:r>
              <w:rPr>
                <w:rFonts w:ascii="Arial" w:hAnsi="Arial"/>
                <w:sz w:val="18"/>
              </w:rPr>
              <w:t>Punch You Entertainment</w:t>
            </w:r>
          </w:p>
        </w:tc>
      </w:tr>
      <w:tr>
        <w:tc>
          <w:tcPr>
            <w:tcW w:type="dxa" w:w="4536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The Hole</w:t>
            </w:r>
          </w:p>
        </w:tc>
        <w:tc>
          <w:tcPr>
            <w:tcW w:type="dxa" w:w="1656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Lead</w:t>
            </w:r>
          </w:p>
        </w:tc>
        <w:tc>
          <w:tcPr>
            <w:tcW w:type="dxa" w:w="5040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Mindclover Productions</w:t>
            </w:r>
          </w:p>
        </w:tc>
      </w:tr>
      <w:tr>
        <w:tc>
          <w:tcPr>
            <w:tcW w:type="dxa" w:w="4536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Backseat Babysitting (Short)</w:t>
            </w:r>
          </w:p>
        </w:tc>
        <w:tc>
          <w:tcPr>
            <w:tcW w:type="dxa" w:w="1656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Lead</w:t>
            </w:r>
          </w:p>
        </w:tc>
        <w:tc>
          <w:tcPr>
            <w:tcW w:type="dxa" w:w="5040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Dir. Theresa Pittius</w:t>
              <w:br/>
            </w:r>
            <w:r>
              <w:rPr>
                <w:rFonts w:ascii="Arial" w:hAnsi="Arial"/>
                <w:sz w:val="18"/>
              </w:rPr>
              <w:t>186 Productions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232"/>
      </w:tblGrid>
      <w:tr>
        <w:tc>
          <w:tcPr>
            <w:tcW w:type="dxa" w:w="11232"/>
            <w:tcMar>
              <w:top w:w="20" w:type="dxa"/>
              <w:start w:w="40" w:type="dxa"/>
              <w:bottom w:w="25" w:type="dxa"/>
              <w:end w:w="40" w:type="dxa"/>
            </w:tcMar>
            <w:tcBorders>
              <w:bottom w:val="single" w:sz="6" w:color="A99B92"/>
            </w:tcBorders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847166"/>
                <w:sz w:val="21"/>
              </w:rPr>
              <w:t>AWARDS</w:t>
            </w:r>
          </w:p>
        </w:tc>
      </w:tr>
    </w:tbl>
    <w:p>
      <w:pPr>
        <w:spacing w:after="20"/>
        <w:ind w:left="173"/>
      </w:pPr>
      <w:r>
        <w:rPr>
          <w:rFonts w:ascii="Arial" w:hAnsi="Arial"/>
          <w:sz w:val="18"/>
        </w:rPr>
        <w:t>Almost Famous Film Festival - Best Breakout Performance</w:t>
      </w:r>
    </w:p>
    <w:p>
      <w:pPr>
        <w:spacing w:after="20"/>
        <w:ind w:left="173"/>
      </w:pPr>
      <w:r>
        <w:rPr>
          <w:rFonts w:ascii="Arial" w:hAnsi="Arial"/>
          <w:sz w:val="18"/>
        </w:rPr>
        <w:t>Show Low Film Festival - Best Youth Actor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232"/>
      </w:tblGrid>
      <w:tr>
        <w:tc>
          <w:tcPr>
            <w:tcW w:type="dxa" w:w="11232"/>
            <w:tcMar>
              <w:top w:w="20" w:type="dxa"/>
              <w:start w:w="40" w:type="dxa"/>
              <w:bottom w:w="25" w:type="dxa"/>
              <w:end w:w="40" w:type="dxa"/>
            </w:tcMar>
            <w:tcBorders>
              <w:bottom w:val="single" w:sz="6" w:color="A99B92"/>
            </w:tcBorders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847166"/>
                <w:sz w:val="21"/>
              </w:rPr>
              <w:t>SPECIAL SKILLS</w:t>
            </w:r>
          </w:p>
        </w:tc>
      </w:tr>
    </w:tbl>
    <w:p>
      <w:pPr>
        <w:spacing w:after="160"/>
        <w:ind w:left="173"/>
      </w:pPr>
      <w:r>
        <w:rPr>
          <w:rFonts w:ascii="Arial" w:hAnsi="Arial"/>
          <w:sz w:val="18"/>
        </w:rPr>
        <w:t>Piano, Swimming, Accents and Dialects Available Upon Request</w:t>
      </w:r>
    </w:p>
    <w:p>
      <w:pPr>
        <w:spacing w:after="20"/>
        <w:jc w:val="center"/>
      </w:pPr>
      <w:r>
        <w:rPr>
          <w:rFonts w:ascii="Times New Roman" w:hAnsi="Times New Roman"/>
          <w:sz w:val="22"/>
        </w:rPr>
        <w:t>Sammie Williamson</w:t>
      </w:r>
    </w:p>
    <w:p>
      <w:pPr>
        <w:spacing w:after="20"/>
        <w:jc w:val="center"/>
      </w:pPr>
      <w:r>
        <w:rPr>
          <w:rFonts w:ascii="Arial" w:hAnsi="Arial"/>
          <w:sz w:val="17"/>
        </w:rPr>
        <w:t>SammieWilliamson.official@gmail.com   |   317.979.2444</w:t>
      </w:r>
    </w:p>
    <w:p>
      <w:pPr>
        <w:spacing w:after="0"/>
        <w:jc w:val="center"/>
      </w:pPr>
      <w:r>
        <w:rPr>
          <w:rFonts w:ascii="Arial" w:hAnsi="Arial"/>
          <w:sz w:val="17"/>
        </w:rPr>
        <w:t>LA Local, NY Local, ATL Local, CHI Local</w:t>
      </w:r>
    </w:p>
    <w:sectPr w:rsidR="00FC693F" w:rsidRPr="0006063C" w:rsidSect="00034616">
      <w:pgSz w:w="12240" w:h="15840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